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矿产与金属材料 × 烟台　｜　编号 mineral-YT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4 个（2516,6802,7108,7304）</w:t>
      </w:r>
    </w:p>
    <w:p>
      <w:r>
        <w:rPr>
          <w:b/>
        </w:rPr>
        <w:t>最新年度中国出口额：</w:t>
      </w:r>
      <w:r>
        <w:t>253.21 亿美元（全国口径，非本市出口）</w:t>
      </w:r>
    </w:p>
    <w:p>
      <w:r>
        <w:rPr>
          <w:b/>
        </w:rPr>
        <w:t>贸易伙伴国别：</w:t>
      </w:r>
      <w:r>
        <w:t>198</w:t>
      </w:r>
    </w:p>
    <w:p>
      <w:r>
        <w:t>三年趋势：2022 年 154.72 亿美元 / 200 国；2023 年 161.56 亿美元 / 199 国；2024 年 253.21 亿美元 / 198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109.44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16.63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11.22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10.08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9.11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7.08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9 条（status≠closed）</w:t>
      </w:r>
    </w:p>
    <w:p>
      <w:r>
        <w:rPr>
          <w:b/>
        </w:rPr>
        <w:t>exact/near 撮合：</w:t>
      </w:r>
      <w:r>
        <w:t>16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山东的矿产优势不在稀有金属，而在「大宗 + 加工」：金、铁、煤、石墨、滑石、膨润土，配套选矿与深加工能力。出口以加工品和材料为主，原矿受限。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《矿产与金属材料 × 烟台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9 条）</w:t>
      </w:r>
    </w:p>
    <w:p>
      <w:r>
        <w:t>4. 撮合记录与对接建议（exact/near 16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