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威海　｜　编号 mineral-WH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个（2516,2701,2704,6802,7102,7108,7601,8207）</w:t>
      </w:r>
    </w:p>
    <w:p>
      <w:r>
        <w:rPr>
          <w:b/>
        </w:rPr>
        <w:t>最新年度中国出口额：</w:t>
      </w:r>
      <w:r>
        <w:t>275.62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208.65 亿美元 / 203 国；2023 年 184.37 亿美元 / 200 国；2024 年 275.62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118.37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17.80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11.03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10.82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10.70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10.56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威海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