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潍坊　｜　编号 mineral-WF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个（7103,7408,7604）</w:t>
      </w:r>
    </w:p>
    <w:p>
      <w:r>
        <w:rPr>
          <w:b/>
        </w:rPr>
        <w:t>最新年度中国出口额：</w:t>
      </w:r>
      <w:r>
        <w:t>53.58 亿美元（全国口径，非本市出口）</w:t>
      </w:r>
    </w:p>
    <w:p>
      <w:r>
        <w:rPr>
          <w:b/>
        </w:rPr>
        <w:t>贸易伙伴国别：</w:t>
      </w:r>
      <w:r>
        <w:t>194</w:t>
      </w:r>
    </w:p>
    <w:p>
      <w:r>
        <w:t>三年趋势：2022 年 47.42 亿美元 / 197 国；2023 年 46.58 亿美元 / 198 国；2024 年 53.58 亿美元 / 194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5.10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3.86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3.48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3.23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3.00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2.18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潍坊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