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临沂　｜　编号 mineral-LY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6 个（6802,7102,7208,7303,7304,8207）</w:t>
      </w:r>
    </w:p>
    <w:p>
      <w:r>
        <w:rPr>
          <w:b/>
        </w:rPr>
        <w:t>最新年度中国出口额：</w:t>
      </w:r>
      <w:r>
        <w:t>378.97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314.73 亿美元 / 205 国；2023 年 356.74 亿美元 / 201 国；2024 年 378.97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52.91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32.26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27.20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22.92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16.01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14.67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临沂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9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