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济南　｜　编号 mineral-JN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个（7208）</w:t>
      </w:r>
    </w:p>
    <w:p>
      <w:r>
        <w:rPr>
          <w:b/>
        </w:rPr>
        <w:t>最新年度中国出口额：</w:t>
      </w:r>
      <w:r>
        <w:t>194.00 亿美元（全国口径，非本市出口）</w:t>
      </w:r>
    </w:p>
    <w:p>
      <w:r>
        <w:rPr>
          <w:b/>
        </w:rPr>
        <w:t>贸易伙伴国别：</w:t>
      </w:r>
      <w:r>
        <w:t>186</w:t>
      </w:r>
    </w:p>
    <w:p>
      <w:r>
        <w:t>三年趋势：2022 年 117.26 亿美元 / 181 国；2023 年 163.71 亿美元 / 189 国；2024 年 194.00 亿美元 / 186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47.30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17.34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17.04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14.32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11.52</w:t>
            </w:r>
          </w:p>
        </w:tc>
      </w:tr>
      <w:tr>
        <w:tc>
          <w:tcPr>
            <w:tcW w:type="dxa" w:w="3135"/>
          </w:tcPr>
          <w:p>
            <w:r>
              <w:t>PAK</w:t>
            </w:r>
          </w:p>
        </w:tc>
        <w:tc>
          <w:tcPr>
            <w:tcW w:type="dxa" w:w="3135"/>
          </w:tcPr>
          <w:p>
            <w:r>
              <w:t>Pakistan</w:t>
            </w:r>
          </w:p>
        </w:tc>
        <w:tc>
          <w:tcPr>
            <w:tcW w:type="dxa" w:w="3135"/>
          </w:tcPr>
          <w:p>
            <w:r>
              <w:t>6.70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济南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