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矿产与金属材料 × 德州　｜　编号 mineral-DZ　｜　就绪分 73（A）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8 个（2516,2701,2704,6802,7102,7108,7601,8207）</w:t>
      </w:r>
    </w:p>
    <w:p>
      <w:r>
        <w:rPr>
          <w:b/>
        </w:rPr>
        <w:t>最新年度中国出口额：</w:t>
      </w:r>
      <w:r>
        <w:t>275.62 亿美元（全国口径，非本市出口）</w:t>
      </w:r>
    </w:p>
    <w:p>
      <w:r>
        <w:rPr>
          <w:b/>
        </w:rPr>
        <w:t>贸易伙伴国别：</w:t>
      </w:r>
      <w:r>
        <w:t>204</w:t>
      </w:r>
    </w:p>
    <w:p>
      <w:r>
        <w:t>三年趋势：2022 年 208.65 亿美元 / 203 国；2023 年 184.37 亿美元 / 200 国；2024 年 275.62 亿美元 / 204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118.37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17.80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11.03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10.82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10.70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10.56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2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山东的矿产优势不在稀有金属，而在「大宗 + 加工」：金、铁、煤、石墨、滑石、膨润土，配套选矿与深加工能力。出口以加工品和材料为主，原矿受限。</w:t>
      </w:r>
    </w:p>
    <w:p>
      <w:r>
        <w:t>· 中国国际贸易促进委员会德州市委员会（原产地证签发、境外展会与客商对接）</w:t>
      </w:r>
    </w:p>
    <w:p>
      <w:r>
        <w:t>· 德州市商务局（外贸科：本地出口企业组织与政策兑现）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《矿产与金属材料 × 德州 出海作战包》PDF/Word（数据底座 + 市场画像 + 准入要点）</w:t>
      </w:r>
    </w:p>
    <w:p>
      <w:r>
        <w:t>2. 该 HS 组合三年双边贸易流明细（8 个 HS4 / 最新年度 2024）</w:t>
      </w:r>
    </w:p>
    <w:p>
      <w:r>
        <w:t>3. 目的国 TOP 采购方与在采需求清单（当前在采 2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