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东营　｜　编号 mineral-DY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个（7408）</w:t>
      </w:r>
    </w:p>
    <w:p>
      <w:r>
        <w:rPr>
          <w:b/>
        </w:rPr>
        <w:t>最新年度中国出口额：</w:t>
      </w:r>
      <w:r>
        <w:t>14.85 亿美元（全国口径，非本市出口）</w:t>
      </w:r>
    </w:p>
    <w:p>
      <w:r>
        <w:rPr>
          <w:b/>
        </w:rPr>
        <w:t>贸易伙伴国别：</w:t>
      </w:r>
      <w:r>
        <w:t>159</w:t>
      </w:r>
    </w:p>
    <w:p>
      <w:r>
        <w:t>三年趋势：2022 年 8.61 亿美元 / 156 国；2023 年 9.89 亿美元 / 163 国；2024 年 14.85 亿美元 / 159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2.64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2.22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1.44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1.30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1.21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1.14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东营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