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矿产与金属材料 × 滨州　｜　编号 mineral-BZ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2 个（7601,7604）</w:t>
      </w:r>
    </w:p>
    <w:p>
      <w:r>
        <w:rPr>
          <w:b/>
        </w:rPr>
        <w:t>最新年度中国出口额：</w:t>
      </w:r>
      <w:r>
        <w:t>43.37 亿美元（全国口径，非本市出口）</w:t>
      </w:r>
    </w:p>
    <w:p>
      <w:r>
        <w:rPr>
          <w:b/>
        </w:rPr>
        <w:t>贸易伙伴国别：</w:t>
      </w:r>
      <w:r>
        <w:t>193</w:t>
      </w:r>
    </w:p>
    <w:p>
      <w:r>
        <w:t>三年趋势：2022 年 46.40 亿美元 / 196 国；2023 年 41.99 亿美元 / 197 国；2024 年 43.37 亿美元 / 193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3.19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2.96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2.30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2.25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2.14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2.09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山东的矿产优势不在稀有金属，而在「大宗 + 加工」：金、铁、煤、石墨、滑石、膨润土，配套选矿与深加工能力。出口以加工品和材料为主，原矿受限。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《矿产与金属材料 × 滨州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2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