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淄博　｜　编号 mine-ZB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4 个（2507,2601,8430,9027）</w:t>
      </w:r>
    </w:p>
    <w:p>
      <w:r>
        <w:rPr>
          <w:b/>
        </w:rPr>
        <w:t>最新年度中国出口额：</w:t>
      </w:r>
      <w:r>
        <w:t>87.56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101.83 亿美元 / 202 国；2023 年 79.61 亿美元 / 203 国；2024 年 87.56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7.22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6.37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5.36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4.45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4.24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4.19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23 条（status≠closed）</w:t>
      </w:r>
    </w:p>
    <w:p>
      <w:r>
        <w:rPr>
          <w:b/>
        </w:rPr>
        <w:t>exact/near 撮合：</w:t>
      </w:r>
      <w:r>
        <w:t>46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淄博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23 条）</w:t>
      </w:r>
    </w:p>
    <w:p>
      <w:r>
        <w:t>4. 撮合记录与对接建议（exact/near 46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