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矿坑治理与复垦 × 烟台　｜　编号 mine-YT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2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山东的矿山板块正在从「开采」转向「绿色矿山 + 生态修复」：尾矿综合利用、矿山装备、边坡治理、复垦。这套能力对资源型国家正好对口。</w:t>
      </w:r>
    </w:p>
    <w:p>
      <w:r>
        <w:t>· 中国国际贸易促进委员会烟台市委员会（原产地证签发、境外展会与客商对接）</w:t>
      </w:r>
    </w:p>
    <w:p>
      <w:r>
        <w:t>· 烟台市商务局（外贸科：本地出口企业组织与政策兑现）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《矿坑治理与复垦 × 烟台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