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潍坊　｜　编号 mine-WF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个（2507）</w:t>
      </w:r>
    </w:p>
    <w:p>
      <w:r>
        <w:rPr>
          <w:b/>
        </w:rPr>
        <w:t>最新年度中国出口额：</w:t>
      </w:r>
      <w:r>
        <w:t>2.08 亿美元（全国口径，非本市出口）</w:t>
      </w:r>
    </w:p>
    <w:p>
      <w:r>
        <w:rPr>
          <w:b/>
        </w:rPr>
        <w:t>贸易伙伴国别：</w:t>
      </w:r>
      <w:r>
        <w:t>131</w:t>
      </w:r>
    </w:p>
    <w:p>
      <w:r>
        <w:t>三年趋势：2022 年 2.65 亿美元 / 112 国；2023 年 1.86 亿美元 / 126 国；2024 年 2.08 亿美元 / 131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0.22</w:t>
            </w:r>
          </w:p>
        </w:tc>
      </w:tr>
      <w:tr>
        <w:tc>
          <w:tcPr>
            <w:tcW w:type="dxa" w:w="3135"/>
          </w:tcPr>
          <w:p>
            <w:r>
              <w:t>S19</w:t>
            </w:r>
          </w:p>
        </w:tc>
        <w:tc>
          <w:tcPr>
            <w:tcW w:type="dxa" w:w="3135"/>
          </w:tcPr>
          <w:p>
            <w:r>
              <w:t>Other Asia, nes</w:t>
            </w:r>
          </w:p>
        </w:tc>
        <w:tc>
          <w:tcPr>
            <w:tcW w:type="dxa" w:w="3135"/>
          </w:tcPr>
          <w:p>
            <w:r>
              <w:t>0.21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0.16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0.14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0.13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0.12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潍坊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