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矿坑治理与复垦 × 泰安　｜　编号 mine-TA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个（8430,9027）</w:t>
      </w:r>
    </w:p>
    <w:p>
      <w:r>
        <w:rPr>
          <w:b/>
        </w:rPr>
        <w:t>最新年度中国出口额：</w:t>
      </w:r>
      <w:r>
        <w:t>79.45 亿美元（全国口径，非本市出口）</w:t>
      </w:r>
    </w:p>
    <w:p>
      <w:r>
        <w:rPr>
          <w:b/>
        </w:rPr>
        <w:t>贸易伙伴国别：</w:t>
      </w:r>
      <w:r>
        <w:t>199</w:t>
      </w:r>
    </w:p>
    <w:p>
      <w:r>
        <w:t>三年趋势：2022 年 68.23 亿美元 / 202 国；2023 年 72.00 亿美元 / 203 国；2024 年 79.45 亿美元 / 199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7.17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6.36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4.45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4.11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3.97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3.63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23 条（status≠closed）</w:t>
      </w:r>
    </w:p>
    <w:p>
      <w:r>
        <w:rPr>
          <w:b/>
        </w:rPr>
        <w:t>exact/near 撮合：</w:t>
      </w:r>
      <w:r>
        <w:t>46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山东的矿山板块正在从「开采」转向「绿色矿山 + 生态修复」：尾矿综合利用、矿山装备、边坡治理、复垦。这套能力对资源型国家正好对口。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《矿坑治理与复垦 × 泰安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23 条）</w:t>
      </w:r>
    </w:p>
    <w:p>
      <w:r>
        <w:t>4. 撮合记录与对接建议（exact/near 46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