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济南　｜　编号 mine-JN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济南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