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德州　｜　编号 mine-DZ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