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矿坑治理与复垦 × 滨州　｜　编号 mine-BZ　｜　就绪分 76（A）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1 个（8430）</w:t>
      </w:r>
    </w:p>
    <w:p>
      <w:r>
        <w:rPr>
          <w:b/>
        </w:rPr>
        <w:t>最新年度中国出口额：</w:t>
      </w:r>
      <w:r>
        <w:t>37.16 亿美元（全国口径，非本市出口）</w:t>
      </w:r>
    </w:p>
    <w:p>
      <w:r>
        <w:rPr>
          <w:b/>
        </w:rPr>
        <w:t>贸易伙伴国别：</w:t>
      </w:r>
      <w:r>
        <w:t>195</w:t>
      </w:r>
    </w:p>
    <w:p>
      <w:r>
        <w:t>三年趋势：2022 年 24.35 亿美元 / 196 国；2023 年 30.45 亿美元 / 191 国；2024 年 37.16 亿美元 / 195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RUS</w:t>
            </w:r>
          </w:p>
        </w:tc>
        <w:tc>
          <w:tcPr>
            <w:tcW w:type="dxa" w:w="3135"/>
          </w:tcPr>
          <w:p>
            <w:r>
              <w:t>Russian Federation</w:t>
            </w:r>
          </w:p>
        </w:tc>
        <w:tc>
          <w:tcPr>
            <w:tcW w:type="dxa" w:w="3135"/>
          </w:tcPr>
          <w:p>
            <w:r>
              <w:t>4.68</w:t>
            </w:r>
          </w:p>
        </w:tc>
      </w:tr>
      <w:tr>
        <w:tc>
          <w:tcPr>
            <w:tcW w:type="dxa" w:w="3135"/>
          </w:tcPr>
          <w:p>
            <w:r>
              <w:t>SAU</w:t>
            </w:r>
          </w:p>
        </w:tc>
        <w:tc>
          <w:tcPr>
            <w:tcW w:type="dxa" w:w="3135"/>
          </w:tcPr>
          <w:p>
            <w:r>
              <w:t>Saudi Arabia</w:t>
            </w:r>
          </w:p>
        </w:tc>
        <w:tc>
          <w:tcPr>
            <w:tcW w:type="dxa" w:w="3135"/>
          </w:tcPr>
          <w:p>
            <w:r>
              <w:t>3.64</w:t>
            </w:r>
          </w:p>
        </w:tc>
      </w:tr>
      <w:tr>
        <w:tc>
          <w:tcPr>
            <w:tcW w:type="dxa" w:w="3135"/>
          </w:tcPr>
          <w:p>
            <w:r>
              <w:t>ARE</w:t>
            </w:r>
          </w:p>
        </w:tc>
        <w:tc>
          <w:tcPr>
            <w:tcW w:type="dxa" w:w="3135"/>
          </w:tcPr>
          <w:p>
            <w:r>
              <w:t>United Arab Emirates</w:t>
            </w:r>
          </w:p>
        </w:tc>
        <w:tc>
          <w:tcPr>
            <w:tcW w:type="dxa" w:w="3135"/>
          </w:tcPr>
          <w:p>
            <w:r>
              <w:t>2.25</w:t>
            </w:r>
          </w:p>
        </w:tc>
      </w:tr>
      <w:tr>
        <w:tc>
          <w:tcPr>
            <w:tcW w:type="dxa" w:w="3135"/>
          </w:tcPr>
          <w:p>
            <w:r>
              <w:t>ITA</w:t>
            </w:r>
          </w:p>
        </w:tc>
        <w:tc>
          <w:tcPr>
            <w:tcW w:type="dxa" w:w="3135"/>
          </w:tcPr>
          <w:p>
            <w:r>
              <w:t>Italy</w:t>
            </w:r>
          </w:p>
        </w:tc>
        <w:tc>
          <w:tcPr>
            <w:tcW w:type="dxa" w:w="3135"/>
          </w:tcPr>
          <w:p>
            <w:r>
              <w:t>2.06</w:t>
            </w:r>
          </w:p>
        </w:tc>
      </w:tr>
      <w:tr>
        <w:tc>
          <w:tcPr>
            <w:tcW w:type="dxa" w:w="3135"/>
          </w:tcPr>
          <w:p>
            <w:r>
              <w:t>SGP</w:t>
            </w:r>
          </w:p>
        </w:tc>
        <w:tc>
          <w:tcPr>
            <w:tcW w:type="dxa" w:w="3135"/>
          </w:tcPr>
          <w:p>
            <w:r>
              <w:t>Singapore</w:t>
            </w:r>
          </w:p>
        </w:tc>
        <w:tc>
          <w:tcPr>
            <w:tcW w:type="dxa" w:w="3135"/>
          </w:tcPr>
          <w:p>
            <w:r>
              <w:t>1.85</w:t>
            </w:r>
          </w:p>
        </w:tc>
      </w:tr>
      <w:tr>
        <w:tc>
          <w:tcPr>
            <w:tcW w:type="dxa" w:w="3135"/>
          </w:tcPr>
          <w:p>
            <w:r>
              <w:t>LBY</w:t>
            </w:r>
          </w:p>
        </w:tc>
        <w:tc>
          <w:tcPr>
            <w:tcW w:type="dxa" w:w="3135"/>
          </w:tcPr>
          <w:p>
            <w:r>
              <w:t>Libya</w:t>
            </w:r>
          </w:p>
        </w:tc>
        <w:tc>
          <w:tcPr>
            <w:tcW w:type="dxa" w:w="3135"/>
          </w:tcPr>
          <w:p>
            <w:r>
              <w:t>1.64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16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山东的矿山板块正在从「开采」转向「绿色矿山 + 生态修复」：尾矿综合利用、矿山装备、边坡治理、复垦。这套能力对资源型国家正好对口。</w:t>
      </w:r>
    </w:p>
    <w:p>
      <w:r>
        <w:t>· 中国国际贸易促进委员会滨州市委员会（原产地证签发、境外展会与客商对接）</w:t>
      </w:r>
    </w:p>
    <w:p>
      <w:r>
        <w:t>· 滨州市商务局（外贸科：本地出口企业组织与政策兑现）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《矿坑治理与复垦 × 滨州 出海作战包》PDF/Word（数据底座 + 市场画像 + 准入要点）</w:t>
      </w:r>
    </w:p>
    <w:p>
      <w:r>
        <w:t>2. 该 HS 组合三年双边贸易流明细（1 个 HS4 / 最新年度 2024）</w:t>
      </w:r>
    </w:p>
    <w:p>
      <w:r>
        <w:t>3. 目的国 TOP 采购方与在采需求清单（当前在采 8 条）</w:t>
      </w:r>
    </w:p>
    <w:p>
      <w:r>
        <w:t>4. 撮合记录与对接建议（exact/near 16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