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淄博　｜　编号 market-ZB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个（5208,9403）</w:t>
      </w:r>
    </w:p>
    <w:p>
      <w:r>
        <w:rPr>
          <w:b/>
        </w:rPr>
        <w:t>最新年度中国出口额：</w:t>
      </w:r>
      <w:r>
        <w:t>357.03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385.88 亿美元 / 206 国；2023 年 315.72 亿美元 / 205 国；2024 年 357.03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67.05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20.47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16.22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15.95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15.23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11.87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淄博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