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威海　｜　编号 market-WH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个（5208,6104,6111,9403）</w:t>
      </w:r>
    </w:p>
    <w:p>
      <w:r>
        <w:rPr>
          <w:b/>
        </w:rPr>
        <w:t>最新年度中国出口额：</w:t>
      </w:r>
      <w:r>
        <w:t>489.92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542.02 亿美元 / 207 国；2023 年 448.16 亿美元 / 206 国；2024 年 489.92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88.78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23.85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22.57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