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商贸城与批发市场 × 泰安　｜　编号 market-TA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个（5208,6104,6111,9403）</w:t>
      </w:r>
    </w:p>
    <w:p>
      <w:r>
        <w:rPr>
          <w:b/>
        </w:rPr>
        <w:t>最新年度中国出口额：</w:t>
      </w:r>
      <w:r>
        <w:t>489.92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542.02 亿美元 / 207 国；2023 年 448.16 亿美元 / 206 国；2024 年 489.92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88.78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25.18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23.85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22.57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20.52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16.47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40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临沂是「中国市场名城」，批发市场群覆盖建材、五金、劳保、文体、食品、汽配。岱宗把商贸城接入平台，不是为了卖摊位，而是把「现货 + 批发价 + 拼柜」变成可跨境交付的能力。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《商贸城与批发市场 × 泰安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40 条）</w:t>
      </w:r>
    </w:p>
    <w:p>
      <w:r>
        <w:t>4. 撮合记录与对接建议（exact/near 40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