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青岛　｜　编号 market-QD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个（6104,6111）</w:t>
      </w:r>
    </w:p>
    <w:p>
      <w:r>
        <w:rPr>
          <w:b/>
        </w:rPr>
        <w:t>最新年度中国出口额：</w:t>
      </w:r>
      <w:r>
        <w:t>132.88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156.14 亿美元 / 204 国；2023 年 132.44 亿美元 / 202 国；2024 年 132.88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21.74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7.64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7.34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6.71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5.17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5.16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青岛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