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济宁　｜　编号 market-JNG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济宁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