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枣庄　｜　编号 mach-ZZ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个（8429,8457）</w:t>
      </w:r>
    </w:p>
    <w:p>
      <w:r>
        <w:rPr>
          <w:b/>
        </w:rPr>
        <w:t>最新年度中国出口额：</w:t>
      </w:r>
      <w:r>
        <w:t>163.70 亿美元（全国口径，非本市出口）</w:t>
      </w:r>
    </w:p>
    <w:p>
      <w:r>
        <w:rPr>
          <w:b/>
        </w:rPr>
        <w:t>贸易伙伴国别：</w:t>
      </w:r>
      <w:r>
        <w:t>200</w:t>
      </w:r>
    </w:p>
    <w:p>
      <w:r>
        <w:t>三年趋势：2022 年 144.67 亿美元 / 197 国；2023 年 169.36 亿美元 / 203 国；2024 年 163.70 亿美元 / 200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23.44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12.70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6.42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6.05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5.61</w:t>
            </w:r>
          </w:p>
        </w:tc>
      </w:tr>
      <w:tr>
        <w:tc>
          <w:tcPr>
            <w:tcW w:type="dxa" w:w="3135"/>
          </w:tcPr>
          <w:p>
            <w:r>
              <w:t>BEL</w:t>
            </w:r>
          </w:p>
        </w:tc>
        <w:tc>
          <w:tcPr>
            <w:tcW w:type="dxa" w:w="3135"/>
          </w:tcPr>
          <w:p>
            <w:r>
              <w:t>Belgium</w:t>
            </w:r>
          </w:p>
        </w:tc>
        <w:tc>
          <w:tcPr>
            <w:tcW w:type="dxa" w:w="3135"/>
          </w:tcPr>
          <w:p>
            <w:r>
              <w:t>5.09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52 条（status≠closed）</w:t>
      </w:r>
    </w:p>
    <w:p>
      <w:r>
        <w:rPr>
          <w:b/>
        </w:rPr>
        <w:t>exact/near 撮合：</w:t>
      </w:r>
      <w:r>
        <w:t>18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枣庄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52 条）</w:t>
      </w:r>
    </w:p>
    <w:p>
      <w:r>
        <w:t>4. 撮合记录与对接建议（exact/near 18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