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淄博　｜　编号 mach-ZB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6 个（8413,8415,8433,8462,8474,8483）</w:t>
      </w:r>
    </w:p>
    <w:p>
      <w:r>
        <w:rPr>
          <w:b/>
        </w:rPr>
        <w:t>最新年度中国出口额：</w:t>
      </w:r>
      <w:r>
        <w:t>655.19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593.30 亿美元 / 206 国；2023 年 577.13 亿美元 / 207 国；2024 年 655.19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36.55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31.90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31.11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22.12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21.02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61 条（status≠closed）</w:t>
      </w:r>
    </w:p>
    <w:p>
      <w:r>
        <w:rPr>
          <w:b/>
        </w:rPr>
        <w:t>exact/near 撮合：</w:t>
      </w:r>
      <w:r>
        <w:t>53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淄博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61 条）</w:t>
      </w:r>
    </w:p>
    <w:p>
      <w:r>
        <w:t>4. 撮合记录与对接建议（exact/near 53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