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日照　｜　编号 mach-RZ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个（8426,8704,8705）</w:t>
      </w:r>
    </w:p>
    <w:p>
      <w:r>
        <w:rPr>
          <w:b/>
        </w:rPr>
        <w:t>最新年度中国出口额：</w:t>
      </w:r>
      <w:r>
        <w:t>243.07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171.67 亿美元 / 202 国；2023 年 210.11 亿美元 / 200 国；2024 年 243.07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38.25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16.63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13.89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7.68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6.17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60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日照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60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