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机械装备 × 青岛　｜　编号 mach-QD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11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13 个（7325,8412,8415,8426,8429,8438,8444,8445,8448,8457,8462,8465,8474）</w:t>
      </w:r>
    </w:p>
    <w:p>
      <w:r>
        <w:rPr>
          <w:b/>
        </w:rPr>
        <w:t>最新年度中国出口额：</w:t>
      </w:r>
      <w:r>
        <w:t>701.69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624.03 亿美元 / 206 国；2023 年 643.50 亿美元 / 212 国；2024 年 701.69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53.15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52.23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30.72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26.83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26.54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24.95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52 条（status≠closed）</w:t>
      </w:r>
    </w:p>
    <w:p>
      <w:r>
        <w:rPr>
          <w:b/>
        </w:rPr>
        <w:t>exact/near 撮合：</w:t>
      </w:r>
      <w:r>
        <w:t>20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山东的机械装备以「实用型」见长：农机、工程机械、锻压机床、food 加工设备，特点是皮实、配件好配、价格带覆盖广。对新兴市场来说，这比顶级品牌更合适。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《机械装备 × 青岛 出海作战包》PDF/Word（数据底座 + 市场画像 + 准入要点）</w:t>
      </w:r>
    </w:p>
    <w:p>
      <w:r>
        <w:t>2. 该 HS 组合三年双边贸易流明细（13 个 HS4 / 最新年度 2024）</w:t>
      </w:r>
    </w:p>
    <w:p>
      <w:r>
        <w:t>3. 目的国 TOP 采购方与在采需求清单（当前在采 52 条）</w:t>
      </w:r>
    </w:p>
    <w:p>
      <w:r>
        <w:t>4. 撮合记录与对接建议（exact/near 20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