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临沂　｜　编号 mach-LY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9 个（7325,8412,8426,8429,8431,8432,8465,8483,8701）</w:t>
      </w:r>
    </w:p>
    <w:p>
      <w:r>
        <w:rPr>
          <w:b/>
        </w:rPr>
        <w:t>最新年度中国出口额：</w:t>
      </w:r>
      <w:r>
        <w:t>655.67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588.09 亿美元 / 207 国；2023 年 635.97 亿美元 / 211 国；2024 年 655.67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75.48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53.01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31.82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26.25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25.75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20.21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53 条（status≠closed）</w:t>
      </w:r>
    </w:p>
    <w:p>
      <w:r>
        <w:rPr>
          <w:b/>
        </w:rPr>
        <w:t>exact/near 撮合：</w:t>
      </w:r>
      <w:r>
        <w:t>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临沂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53 条）</w:t>
      </w:r>
    </w:p>
    <w:p>
      <w:r>
        <w:t>4. 撮合记录与对接建议（exact/near 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