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济宁　｜　编号 mach-JNG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18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11 个（7325,8412,8413,8429,8431,8432,8433,8474,8483,8701,8705）</w:t>
      </w:r>
    </w:p>
    <w:p>
      <w:r>
        <w:rPr>
          <w:b/>
        </w:rPr>
        <w:t>最新年度中国出口额：</w:t>
      </w:r>
      <w:r>
        <w:t>850.45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759.45 亿美元 / 207 国；2023 年 810.97 亿美元 / 212 国；2024 年 850.45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93.38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78.11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34.40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31.12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30.90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28.83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68 条（status≠closed）</w:t>
      </w:r>
    </w:p>
    <w:p>
      <w:r>
        <w:rPr>
          <w:b/>
        </w:rPr>
        <w:t>exact/near 撮合：</w:t>
      </w:r>
      <w:r>
        <w:t>83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济宁 出海作战包》PDF/Word（数据底座 + 市场画像 + 准入要点）</w:t>
      </w:r>
    </w:p>
    <w:p>
      <w:r>
        <w:t>2. 该 HS 组合三年双边贸易流明细（11 个 HS4 / 最新年度 2024）</w:t>
      </w:r>
    </w:p>
    <w:p>
      <w:r>
        <w:t>3. 目的国 TOP 采购方与在采需求清单（当前在采 68 条）</w:t>
      </w:r>
    </w:p>
    <w:p>
      <w:r>
        <w:t>4. 撮合记录与对接建议（exact/near 83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