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机械装备 × 济南　｜　编号 mach-JN　｜　就绪分 85（A）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6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6 个（8426,8438,8457,8462,8483,8705）</w:t>
      </w:r>
    </w:p>
    <w:p>
      <w:r>
        <w:rPr>
          <w:b/>
        </w:rPr>
        <w:t>最新年度中国出口额：</w:t>
      </w:r>
      <w:r>
        <w:t>260.96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215.80 亿美元 / 205 国；2023 年 234.43 亿美元 / 203 国；2024 年 260.96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22.40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21.15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16.04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12.14</w:t>
            </w:r>
          </w:p>
        </w:tc>
      </w:tr>
      <w:tr>
        <w:tc>
          <w:tcPr>
            <w:tcW w:type="dxa" w:w="3135"/>
          </w:tcPr>
          <w:p>
            <w:r>
              <w:t>BRA</w:t>
            </w:r>
          </w:p>
        </w:tc>
        <w:tc>
          <w:tcPr>
            <w:tcW w:type="dxa" w:w="3135"/>
          </w:tcPr>
          <w:p>
            <w:r>
              <w:t>Brazil</w:t>
            </w:r>
          </w:p>
        </w:tc>
        <w:tc>
          <w:tcPr>
            <w:tcW w:type="dxa" w:w="3135"/>
          </w:tcPr>
          <w:p>
            <w:r>
              <w:t>10.28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9.80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46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山东的机械装备以「实用型」见长：农机、工程机械、锻压机床、food 加工设备，特点是皮实、配件好配、价格带覆盖广。对新兴市场来说，这比顶级品牌更合适。</w:t>
      </w:r>
    </w:p>
    <w:p>
      <w:r>
        <w:t>· 中国国际贸易促进委员会济南市委员会（原产地证签发、境外展会与客商对接）</w:t>
      </w:r>
    </w:p>
    <w:p>
      <w:r>
        <w:t>· 济南市商务局（外贸科：本地出口企业组织与政策兑现）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《机械装备 × 济南 出海作战包》PDF/Word（数据底座 + 市场画像 + 准入要点）</w:t>
      </w:r>
    </w:p>
    <w:p>
      <w:r>
        <w:t>2. 该 HS 组合三年双边贸易流明细（6 个 HS4 / 最新年度 2024）</w:t>
      </w:r>
    </w:p>
    <w:p>
      <w:r>
        <w:t>3. 目的国 TOP 采购方与在采需求清单（当前在采 46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