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机械装备 × 菏泽　｜　编号 mach-HZ　｜　就绪分 78（A）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1 个（8465）</w:t>
      </w:r>
    </w:p>
    <w:p>
      <w:r>
        <w:rPr>
          <w:b/>
        </w:rPr>
        <w:t>最新年度中国出口额：</w:t>
      </w:r>
      <w:r>
        <w:t>24.80 亿美元（全国口径，非本市出口）</w:t>
      </w:r>
    </w:p>
    <w:p>
      <w:r>
        <w:rPr>
          <w:b/>
        </w:rPr>
        <w:t>贸易伙伴国别：</w:t>
      </w:r>
      <w:r>
        <w:t>194</w:t>
      </w:r>
    </w:p>
    <w:p>
      <w:r>
        <w:t>三年趋势：2022 年 26.60 亿美元 / 197 国；2023 年 21.87 亿美元 / 193 国；2024 年 24.80 亿美元 / 194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3.18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3.12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2.26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1.67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1.08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0.98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46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山东的机械装备以「实用型」见长：农机、工程机械、锻压机床、food 加工设备，特点是皮实、配件好配、价格带覆盖广。对新兴市场来说，这比顶级品牌更合适。</w:t>
      </w:r>
    </w:p>
    <w:p>
      <w:r>
        <w:t>· 中国国际贸易促进委员会菏泽市委员会（原产地证签发、境外展会与客商对接）</w:t>
      </w:r>
    </w:p>
    <w:p>
      <w:r>
        <w:t>· 菏泽市商务局（外贸科：本地出口企业组织与政策兑现）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《机械装备 × 菏泽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46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