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德州　｜　编号 mach-DZ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个（8415,8483）</w:t>
      </w:r>
    </w:p>
    <w:p>
      <w:r>
        <w:rPr>
          <w:b/>
        </w:rPr>
        <w:t>最新年度中国出口额：</w:t>
      </w:r>
      <w:r>
        <w:t>384.86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356.98 亿美元 / 206 国；2023 年 336.12 亿美元 / 206 国；2024 年 384.86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43.36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26.02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20.74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16.10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14.45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14.40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46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德州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46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