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东营　｜　编号 mach-DY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个（8425,8426,8431,8432,8433,8701）</w:t>
      </w:r>
    </w:p>
    <w:p>
      <w:r>
        <w:rPr>
          <w:b/>
        </w:rPr>
        <w:t>最新年度中国出口额：</w:t>
      </w:r>
      <w:r>
        <w:t>371.63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314.56 亿美元 / 206 国；2023 年 345.49 亿美元 / 204 国；2024 年 371.63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45.99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36.64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19.71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16.40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12.45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47 条（status≠closed）</w:t>
      </w:r>
    </w:p>
    <w:p>
      <w:r>
        <w:rPr>
          <w:b/>
        </w:rPr>
        <w:t>exact/near 撮合：</w:t>
      </w:r>
      <w:r>
        <w:t>14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东营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47 条）</w:t>
      </w:r>
    </w:p>
    <w:p>
      <w:r>
        <w:t>4. 撮合记录与对接建议（exact/near 14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