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枣庄　｜　编号 industry-ZZ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5 个（2841,8457,8460,8466,8507）</w:t>
      </w:r>
    </w:p>
    <w:p>
      <w:r>
        <w:rPr>
          <w:b/>
        </w:rPr>
        <w:t>最新年度中国出口额：</w:t>
      </w:r>
      <w:r>
        <w:t>808.76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641.42 亿美元 / 204 国；2023 年 858.14 亿美元 / 203 国；2024 年 808.76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182.39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130.29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52.55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44.21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31.47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28.06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枣庄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1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