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泰安　｜　编号 industry-TA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个（2520,2841,6809,8425,8426,8507,8514,8537）</w:t>
      </w:r>
    </w:p>
    <w:p>
      <w:r>
        <w:rPr>
          <w:b/>
        </w:rPr>
        <w:t>最新年度中国出口额：</w:t>
      </w:r>
      <w:r>
        <w:t>1032.55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836.92 亿美元 / 206 国；2023 年 1067.71 亿美元 / 207 国；2024 年 1032.55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201.21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140.93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59.23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50.42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39.54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34.09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泰安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1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