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临沂　｜　编号 industry-LY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7</w:t>
      </w:r>
    </w:p>
    <w:p>
      <w:r>
        <w:rPr>
          <w:b/>
        </w:rPr>
        <w:t>覆盖 HS4：</w:t>
      </w:r>
      <w:r>
        <w:t>16 个（3002,3004,3105,4411,4412,4602,6907,7318,7323,8201,8205,8311,8422,8703,8711,9403）</w:t>
      </w:r>
    </w:p>
    <w:p>
      <w:r>
        <w:rPr>
          <w:b/>
        </w:rPr>
        <w:t>最新年度中国出口额：</w:t>
      </w:r>
      <w:r>
        <w:t>1929.91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1526.02 亿美元 / 208 国；2023 年 1678.23 亿美元 / 210 国；2024 年 1929.91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237.61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173.72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88.99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70.49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70.07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67.22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47 条（status≠closed）</w:t>
      </w:r>
    </w:p>
    <w:p>
      <w:r>
        <w:rPr>
          <w:b/>
        </w:rPr>
        <w:t>exact/near 撮合：</w:t>
      </w:r>
      <w:r>
        <w:t>47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临沂 出海作战包》PDF/Word（数据底座 + 市场画像 + 准入要点）</w:t>
      </w:r>
    </w:p>
    <w:p>
      <w:r>
        <w:t>2. 该 HS 组合三年双边贸易流明细（16 个 HS4 / 最新年度 2024）</w:t>
      </w:r>
    </w:p>
    <w:p>
      <w:r>
        <w:t>3. 目的国 TOP 采购方与在采需求清单（当前在采 47 条）</w:t>
      </w:r>
    </w:p>
    <w:p>
      <w:r>
        <w:t>4. 撮合记录与对接建议（exact/near 47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