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济宁　｜　编号 industry-JNG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个（4802,4804,5111,6203,8429,8431）</w:t>
      </w:r>
    </w:p>
    <w:p>
      <w:r>
        <w:rPr>
          <w:b/>
        </w:rPr>
        <w:t>最新年度中国出口额：</w:t>
      </w:r>
      <w:r>
        <w:t>419.59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408.34 亿美元 / 207 国；2023 年 419.33 亿美元 / 211 国；2024 年 419.59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40.97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34.70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23.35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18.25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12.50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12.04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23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济宁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14 条）</w:t>
      </w:r>
    </w:p>
    <w:p>
      <w:r>
        <w:t>4. 撮合记录与对接建议（exact/near 23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