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菏泽　｜　编号 industry-HZ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个（2710,2902,4420,6204,6703,6704,9403）</w:t>
      </w:r>
    </w:p>
    <w:p>
      <w:r>
        <w:rPr>
          <w:b/>
        </w:rPr>
        <w:t>最新年度中国出口额：</w:t>
      </w:r>
      <w:r>
        <w:t>916.89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1074.53 亿美元 / 208 国；2023 年 970.35 亿美元 / 213 国；2024 年 916.89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114.10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64.64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58.34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47.39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39.82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39.64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菏泽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