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德州　｜　编号 industry-DZ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个（1702,2905,7326,8414,8415,9506）</w:t>
      </w:r>
    </w:p>
    <w:p>
      <w:r>
        <w:rPr>
          <w:b/>
        </w:rPr>
        <w:t>最新年度中国出口额：</w:t>
      </w:r>
      <w:r>
        <w:t>934.69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931.94 亿美元 / 208 国；2023 年 827.31 亿美元 / 209 国；2024 年 934.69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142.87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52.27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41.99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40.52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38.13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29.61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德州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2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