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工业制造 × 东营　｜　编号 industry-DY　｜　就绪分 60（B）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0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个（2710,4011,4801,8431）</w:t>
      </w:r>
    </w:p>
    <w:p>
      <w:r>
        <w:rPr>
          <w:b/>
        </w:rPr>
        <w:t>最新年度中国出口额：</w:t>
      </w:r>
      <w:r>
        <w:t>725.23 亿美元（全国口径，非本市出口）</w:t>
      </w:r>
    </w:p>
    <w:p>
      <w:r>
        <w:rPr>
          <w:b/>
        </w:rPr>
        <w:t>贸易伙伴国别：</w:t>
      </w:r>
      <w:r>
        <w:t>206</w:t>
      </w:r>
    </w:p>
    <w:p>
      <w:r>
        <w:t>三年趋势：2022 年 813.51 亿美元 / 208 国；2023 年 792.83 亿美元 / 207 国；2024 年 725.23 亿美元 / 206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55.57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54.38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40.34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34.49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31.30</w:t>
            </w:r>
          </w:p>
        </w:tc>
      </w:tr>
      <w:tr>
        <w:tc>
          <w:tcPr>
            <w:tcW w:type="dxa" w:w="3135"/>
          </w:tcPr>
          <w:p>
            <w:r>
              <w:t>PHL</w:t>
            </w:r>
          </w:p>
        </w:tc>
        <w:tc>
          <w:tcPr>
            <w:tcW w:type="dxa" w:w="3135"/>
          </w:tcPr>
          <w:p>
            <w:r>
              <w:t>Philippines</w:t>
            </w:r>
          </w:p>
        </w:tc>
        <w:tc>
          <w:tcPr>
            <w:tcW w:type="dxa" w:w="3135"/>
          </w:tcPr>
          <w:p>
            <w:r>
              <w:t>29.38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山东的工业制造是「全链条型」而非「单点型」：家电、铝业、轮胎、造纸、纺织、石化六条主线都自带上游原料与下游配套。这意味着采购方能在省内完成多品类拼柜，而不是分国采购。</w:t>
      </w:r>
    </w:p>
    <w:p>
      <w:r>
        <w:t>· 中国国际贸易促进委员会东营市委员会（原产地证签发、境外展会与客商对接）</w:t>
      </w:r>
    </w:p>
    <w:p>
      <w:r>
        <w:t>· 东营市商务局（外贸科：本地出口企业组织与政策兑现）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《工业制造 × 东营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