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滨州　｜　编号 industry-BZ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9 个（5205,5208,5608,6307,7323,7601,7606,7607,8419）</w:t>
      </w:r>
    </w:p>
    <w:p>
      <w:r>
        <w:rPr>
          <w:b/>
        </w:rPr>
        <w:t>最新年度中国出口额：</w:t>
      </w:r>
      <w:r>
        <w:t>536.31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602.18 亿美元 / 207 国；2023 年 474.42 亿美元 / 205 国；2024 年 536.31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91.63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30.05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28.70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25.92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18.61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滨州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