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淄博　｜　编号 hydrogen-ZB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7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2 个（2804,3920）</w:t>
      </w:r>
    </w:p>
    <w:p>
      <w:r>
        <w:rPr>
          <w:b/>
        </w:rPr>
        <w:t>最新年度中国出口额：</w:t>
      </w:r>
      <w:r>
        <w:t>132.49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137.52 亿美元 / 206 国；2023 年 120.14 亿美元 / 206 国；2024 年 132.49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13.17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11.03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7.12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7.10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6.88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5.59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淄博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