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制氢与氢能 × 潍坊　｜　编号 hydrogen-WF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6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个（8501,8704）</w:t>
      </w:r>
    </w:p>
    <w:p>
      <w:r>
        <w:rPr>
          <w:b/>
        </w:rPr>
        <w:t>最新年度中国出口额：</w:t>
      </w:r>
      <w:r>
        <w:t>321.39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284.63 亿美元 / 205 国；2023 年 296.86 亿美元 / 204 国；2024 年 321.39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33.41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22.98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17.89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14.56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12.91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10.74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45 条（status≠closed）</w:t>
      </w:r>
    </w:p>
    <w:p>
      <w:r>
        <w:rPr>
          <w:b/>
        </w:rPr>
        <w:t>exact/near 撮合：</w:t>
      </w:r>
      <w:r>
        <w:t>45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山东的氢是从副产氢起家的：齐鲁石化的副产氢、东岳的质子交换膜、潍柴的燃料电池与整车、重汽的氢能重卡。这一块真正赚钱的不是造氢，是「把氢便宜地送到加氢站」。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《制氢与氢能 × 潍坊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45 条）</w:t>
      </w:r>
    </w:p>
    <w:p>
      <w:r>
        <w:t>4. 撮合记录与对接建议（exact/near 45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