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制氢与氢能 × 临沂　｜　编号 hydrogen-LY　｜　就绪分 20（C）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1</w:t>
      </w:r>
    </w:p>
    <w:p>
      <w:r>
        <w:rPr>
          <w:b/>
        </w:rPr>
        <w:t>产业带集群：</w:t>
      </w:r>
      <w:r>
        <w:t>0</w:t>
      </w:r>
    </w:p>
    <w:p>
      <w:r>
        <w:rPr>
          <w:b/>
        </w:rPr>
        <w:t>覆盖 HS4：</w:t>
      </w:r>
      <w:r>
        <w:t>0 个（—）</w:t>
      </w:r>
    </w:p>
    <w:p>
      <w:r>
        <w:rPr>
          <w:b/>
        </w:rPr>
        <w:t>最新年度中国出口额：</w:t>
      </w:r>
      <w:r>
        <w:t>0.00 亿美元（全国口径，非本市出口）</w:t>
      </w:r>
    </w:p>
    <w:p>
      <w:r>
        <w:rPr>
          <w:b/>
        </w:rPr>
        <w:t>贸易伙伴国别：</w:t>
      </w:r>
      <w:r>
        <w:t>0</w:t>
      </w:r>
    </w:p>
    <w:p>
      <w:r>
        <w:rPr>
          <w:b/>
          <w:sz w:val="26"/>
        </w:rPr>
        <w:t>二、市场画像（最新年度 TOP 目的国）</w:t>
      </w:r>
    </w:p>
    <w:p>
      <w:r>
        <w:t>该 HS 组暂无可用流向数据。</w:t>
      </w:r>
    </w:p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0 条（status≠closed）</w:t>
      </w:r>
    </w:p>
    <w:p>
      <w:r>
        <w:rPr>
          <w:b/>
        </w:rPr>
        <w:t>exact/near 撮合：</w:t>
      </w:r>
      <w:r>
        <w:t>0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山东的氢是从副产氢起家的：齐鲁石化的副产氢、东岳的质子交换膜、潍柴的燃料电池与整车、重汽的氢能重卡。这一块真正赚钱的不是造氢，是「把氢便宜地送到加氢站」。</w:t>
      </w:r>
    </w:p>
    <w:p>
      <w:r>
        <w:t>· 中国国际贸易促进委员会临沂市委员会（原产地证签发、境外展会与客商对接）</w:t>
      </w:r>
    </w:p>
    <w:p>
      <w:r>
        <w:t>· 临沂市商务局（外贸科：本地出口企业组织与政策兑现）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《制氢与氢能 × 临沂 出海作战包》PDF/Word（数据底座 + 市场画像 + 准入要点）</w:t>
      </w:r>
    </w:p>
    <w:p>
      <w:r>
        <w:t>2. 该 HS 组合三年双边贸易流明细（0 个 HS4 / 最新年度 2024）</w:t>
      </w:r>
    </w:p>
    <w:p>
      <w:r>
        <w:t>3. 目的国 TOP 采购方与在采需求清单（当前在采 0 条）</w:t>
      </w:r>
    </w:p>
    <w:p>
      <w:r>
        <w:t>4. 撮合记录与对接建议（exact/near 0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整理版）最新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