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聊城　｜　编号 hydrogen-LC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个（2804,8501,8704）</w:t>
      </w:r>
    </w:p>
    <w:p>
      <w:r>
        <w:rPr>
          <w:b/>
        </w:rPr>
        <w:t>最新年度中国出口额：</w:t>
      </w:r>
      <w:r>
        <w:t>344.91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317.58 亿美元 / 205 国；2023 年 316.12 亿美元 / 204 国；2024 年 344.91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33.77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23.58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16.84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聊城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