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东营　｜　编号 hydrogen-DY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个（2804）</w:t>
      </w:r>
    </w:p>
    <w:p>
      <w:r>
        <w:rPr>
          <w:b/>
        </w:rPr>
        <w:t>最新年度中国出口额：</w:t>
      </w:r>
      <w:r>
        <w:t>23.52 亿美元（全国口径，非本市出口）</w:t>
      </w:r>
    </w:p>
    <w:p>
      <w:r>
        <w:rPr>
          <w:b/>
        </w:rPr>
        <w:t>贸易伙伴国别：</w:t>
      </w:r>
      <w:r>
        <w:t>155</w:t>
      </w:r>
    </w:p>
    <w:p>
      <w:r>
        <w:t>三年趋势：2022 年 32.96 亿美元 / 143 国；2023 年 19.27 亿美元 / 149 国；2024 年 23.52 亿美元 / 155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3.54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3.00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2.04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1.27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东营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