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烟台　｜　编号 hitech-YT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个（8525,8526,8802）</w:t>
      </w:r>
    </w:p>
    <w:p>
      <w:r>
        <w:rPr>
          <w:b/>
        </w:rPr>
        <w:t>最新年度中国出口额：</w:t>
      </w:r>
      <w:r>
        <w:t>207.07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167.97 亿美元 / 202 国；2023 年 186.43 亿美元 / 201 国；2024 年 207.07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27.15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15.32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14.49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14.01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9.46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7.48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141 条（status≠closed）</w:t>
      </w:r>
    </w:p>
    <w:p>
      <w:r>
        <w:rPr>
          <w:b/>
        </w:rPr>
        <w:t>exact/near 撮合：</w:t>
      </w:r>
      <w:r>
        <w:t>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烟台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141 条）</w:t>
      </w:r>
    </w:p>
    <w:p>
      <w:r>
        <w:t>4. 撮合记录与对接建议（exact/near 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