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威海　｜　编号 hitech-WH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个（8443,8517,8542）</w:t>
      </w:r>
    </w:p>
    <w:p>
      <w:r>
        <w:rPr>
          <w:b/>
        </w:rPr>
        <w:t>最新年度中国出口额：</w:t>
      </w:r>
      <w:r>
        <w:t>4675.29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4969.81 亿美元 / 206 国；2023 年 4793.16 亿美元 / 206 国；2024 年 4675.29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1147.18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537.47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263.50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229.47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213.87</w:t>
            </w:r>
          </w:p>
        </w:tc>
      </w:tr>
      <w:tr>
        <w:tc>
          <w:tcPr>
            <w:tcW w:type="dxa" w:w="3135"/>
          </w:tcPr>
          <w:p>
            <w:r>
              <w:t>S19</w:t>
            </w:r>
          </w:p>
        </w:tc>
        <w:tc>
          <w:tcPr>
            <w:tcW w:type="dxa" w:w="3135"/>
          </w:tcPr>
          <w:p>
            <w:r>
              <w:t>Other Asia, nes</w:t>
            </w:r>
          </w:p>
        </w:tc>
        <w:tc>
          <w:tcPr>
            <w:tcW w:type="dxa" w:w="3135"/>
          </w:tcPr>
          <w:p>
            <w:r>
              <w:t>188.00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140 条（status≠closed）</w:t>
      </w:r>
    </w:p>
    <w:p>
      <w:r>
        <w:rPr>
          <w:b/>
        </w:rPr>
        <w:t>exact/near 撮合：</w:t>
      </w:r>
      <w:r>
        <w:t>117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威海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140 条）</w:t>
      </w:r>
    </w:p>
    <w:p>
      <w:r>
        <w:t>4. 撮合记录与对接建议（exact/near 117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