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潍坊　｜　编号 hitech-WF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个（8471,8517,8518,8542）</w:t>
      </w:r>
    </w:p>
    <w:p>
      <w:r>
        <w:rPr>
          <w:b/>
        </w:rPr>
        <w:t>最新年度中国出口额：</w:t>
      </w:r>
      <w:r>
        <w:t>6651.66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7235.23 亿美元 / 206 国；2023 年 6687.79 亿美元 / 207 国；2024 年 6651.66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1326.46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948.54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320.41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286.26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281.15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276.15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285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潍坊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285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