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日照　｜　编号 hitech-RZ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日照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