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高科技产品 × 青岛　｜　编号 hitech-QD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9 个（8443,8456,8471,8517,8525,8526,8528,8542,9027）</w:t>
      </w:r>
    </w:p>
    <w:p>
      <w:r>
        <w:rPr>
          <w:b/>
        </w:rPr>
        <w:t>最新年度中国出口额：</w:t>
      </w:r>
      <w:r>
        <w:t>7187.47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7803.71 亿美元 / 207 国；2023 年 7190.09 亿美元 / 208 国；2024 年 7187.47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1349.39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1009.16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370.76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318.86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289.10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288.55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156 条（status≠closed）</w:t>
      </w:r>
    </w:p>
    <w:p>
      <w:r>
        <w:rPr>
          <w:b/>
        </w:rPr>
        <w:t>exact/near 撮合：</w:t>
      </w:r>
      <w:r>
        <w:t>322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山东的高科技产品以「应用型」为主：工业软件、传感器、激光设备、半导体材料、海洋电子。不是最前沿，但能在具体场景里落地。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《高科技产品 × 青岛 出海作战包》PDF/Word（数据底座 + 市场画像 + 准入要点）</w:t>
      </w:r>
    </w:p>
    <w:p>
      <w:r>
        <w:t>2. 该 HS 组合三年双边贸易流明细（9 个 HS4 / 最新年度 2024）</w:t>
      </w:r>
    </w:p>
    <w:p>
      <w:r>
        <w:t>3. 目的国 TOP 采购方与在采需求清单（当前在采 156 条）</w:t>
      </w:r>
    </w:p>
    <w:p>
      <w:r>
        <w:t>4. 撮合记录与对接建议（exact/near 322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