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高科技产品 × 临沂　｜　编号 hitech-LY　｜　就绪分 88（A）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1 个（8471）</w:t>
      </w:r>
    </w:p>
    <w:p>
      <w:r>
        <w:rPr>
          <w:b/>
        </w:rPr>
        <w:t>最新年度中国出口额：</w:t>
      </w:r>
      <w:r>
        <w:t>1903.80 亿美元（全国口径，非本市出口）</w:t>
      </w:r>
    </w:p>
    <w:p>
      <w:r>
        <w:rPr>
          <w:b/>
        </w:rPr>
        <w:t>贸易伙伴国别：</w:t>
      </w:r>
      <w:r>
        <w:t>204</w:t>
      </w:r>
    </w:p>
    <w:p>
      <w:r>
        <w:t>三年趋势：2022 年 2211.98 亿美元 / 202 国；2023 年 1832.45 亿美元 / 204 国；2024 年 1903.80 亿美元 / 204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373.57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183.00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141.29</w:t>
            </w:r>
          </w:p>
        </w:tc>
      </w:tr>
      <w:tr>
        <w:tc>
          <w:tcPr>
            <w:tcW w:type="dxa" w:w="3135"/>
          </w:tcPr>
          <w:p>
            <w:r>
              <w:t>NLD</w:t>
            </w:r>
          </w:p>
        </w:tc>
        <w:tc>
          <w:tcPr>
            <w:tcW w:type="dxa" w:w="3135"/>
          </w:tcPr>
          <w:p>
            <w:r>
              <w:t>Netherlands</w:t>
            </w:r>
          </w:p>
        </w:tc>
        <w:tc>
          <w:tcPr>
            <w:tcW w:type="dxa" w:w="3135"/>
          </w:tcPr>
          <w:p>
            <w:r>
              <w:t>118.61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115.40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85.52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146 条（status≠closed）</w:t>
      </w:r>
    </w:p>
    <w:p>
      <w:r>
        <w:rPr>
          <w:b/>
        </w:rPr>
        <w:t>exact/near 撮合：</w:t>
      </w:r>
      <w:r>
        <w:t>171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山东的高科技产品以「应用型」为主：工业软件、传感器、激光设备、半导体材料、海洋电子。不是最前沿，但能在具体场景里落地。</w:t>
      </w:r>
    </w:p>
    <w:p>
      <w:r>
        <w:t>· 中国国际贸易促进委员会临沂市委员会（原产地证签发、境外展会与客商对接）</w:t>
      </w:r>
    </w:p>
    <w:p>
      <w:r>
        <w:t>· 临沂市商务局（外贸科：本地出口企业组织与政策兑现）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《高科技产品 × 临沂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146 条）</w:t>
      </w:r>
    </w:p>
    <w:p>
      <w:r>
        <w:t>4. 撮合记录与对接建议（exact/near 171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