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高科技产品 × 聊城　｜　编号 hitech-LC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个（2811,3907,8456,8517,8518,8542,9027）</w:t>
      </w:r>
    </w:p>
    <w:p>
      <w:r>
        <w:rPr>
          <w:b/>
        </w:rPr>
        <w:t>最新年度中国出口额：</w:t>
      </w:r>
      <w:r>
        <w:t>4960.09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5231.05 亿美元 / 207 国；2023 年 5048.02 亿美元 / 208 国；2024 年 4960.09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1149.04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583.04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288.89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242.73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212.68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196.84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146 条（status≠closed）</w:t>
      </w:r>
    </w:p>
    <w:p>
      <w:r>
        <w:rPr>
          <w:b/>
        </w:rPr>
        <w:t>exact/near 撮合：</w:t>
      </w:r>
      <w:r>
        <w:t>144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山东的高科技产品以「应用型」为主：工业软件、传感器、激光设备、半导体材料、海洋电子。不是最前沿，但能在具体场景里落地。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《高科技产品 × 聊城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146 条）</w:t>
      </w:r>
    </w:p>
    <w:p>
      <w:r>
        <w:t>4. 撮合记录与对接建议（exact/near 144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